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0"/>
        </w:rPr>
        <w:t>Moor Nook Primary School</w:t>
        <w:br/>
      </w:r>
      <w:r>
        <w:rPr>
          <w:i/>
        </w:rPr>
        <w:t>It's time to come back to Moor Nook</w:t>
        <w:br/>
      </w:r>
      <w:r>
        <w:t>Creativity • Aspiration • Resilience • Equality</w:t>
        <w:br/>
      </w:r>
      <w:r>
        <w:t>Stuck? Let us help you. We're on the same side. Promise.</w:t>
        <w:br/>
        <w:br/>
      </w:r>
    </w:p>
    <w:p>
      <w:pPr>
        <w:pStyle w:val="Heading1"/>
      </w:pPr>
      <w:r>
        <w:t>Parental agreement for school to administer prescribed medicine</w:t>
      </w:r>
    </w:p>
    <w:p>
      <w:r>
        <w:t>The school will not give your child prescribed medicine unless you complete and sign this form.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Name of child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Class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Medical condition or illness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Medicine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Name/type of prescribed medicine (as described on the container)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Dosage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Time medicine is to be given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Start date in school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End date in school</w:t>
            </w:r>
          </w:p>
        </w:tc>
        <w:tc>
          <w:tcPr>
            <w:tcW w:type="dxa" w:w="4320"/>
          </w:tcPr>
          <w:p>
            <w:r/>
          </w:p>
        </w:tc>
      </w:tr>
    </w:tbl>
    <w:p>
      <w:r>
        <w:br/>
        <w:t>NB: Medicines must be in the original container as dispensed by the pharmacy.</w:t>
      </w:r>
    </w:p>
    <w:p>
      <w:pPr>
        <w:pStyle w:val="Heading2"/>
      </w:pPr>
      <w:r>
        <w:t>Contact Details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Name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Daytime telephone number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Relationship to child</w:t>
            </w:r>
          </w:p>
        </w:tc>
        <w:tc>
          <w:tcPr>
            <w:tcW w:type="dxa" w:w="4320"/>
          </w:tcPr>
          <w:p>
            <w:r/>
          </w:p>
        </w:tc>
      </w:tr>
    </w:tbl>
    <w:p>
      <w:r>
        <w:br/>
        <w:t>The above information is, to the best of my knowledge, accurate at the time of writing and I give consent to school staff administering the prescribed medicine.</w:t>
      </w:r>
    </w:p>
    <w:p>
      <w:r>
        <w:br/>
        <w:t>Signature ____________________________    Date 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